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272C" w14:textId="7F30CB39" w:rsidR="00D25560" w:rsidRDefault="004D3E62">
      <w:pPr>
        <w:jc w:val="center"/>
      </w:pPr>
      <w:proofErr w:type="spellStart"/>
      <w:r w:rsidRPr="004D3E62">
        <w:rPr>
          <w:b/>
          <w:sz w:val="40"/>
        </w:rPr>
        <w:t>Atbalsta</w:t>
      </w:r>
      <w:proofErr w:type="spellEnd"/>
      <w:r w:rsidRPr="004D3E62">
        <w:rPr>
          <w:b/>
          <w:sz w:val="40"/>
        </w:rPr>
        <w:t xml:space="preserve"> </w:t>
      </w:r>
      <w:proofErr w:type="spellStart"/>
      <w:r w:rsidRPr="004D3E62">
        <w:rPr>
          <w:b/>
          <w:sz w:val="40"/>
        </w:rPr>
        <w:t>portāls</w:t>
      </w:r>
      <w:proofErr w:type="spellEnd"/>
      <w:r w:rsidRPr="004D3E62">
        <w:rPr>
          <w:b/>
          <w:sz w:val="40"/>
        </w:rPr>
        <w:t xml:space="preserve"> </w:t>
      </w:r>
      <w:r w:rsidR="00000000">
        <w:rPr>
          <w:b/>
          <w:sz w:val="40"/>
        </w:rPr>
        <w:t xml:space="preserve">– </w:t>
      </w:r>
      <w:proofErr w:type="spellStart"/>
      <w:r>
        <w:rPr>
          <w:b/>
          <w:sz w:val="40"/>
        </w:rPr>
        <w:t>Jauns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pieteikums</w:t>
      </w:r>
      <w:proofErr w:type="spellEnd"/>
    </w:p>
    <w:p w14:paraId="2570811A" w14:textId="6470BFE3" w:rsidR="00D25560" w:rsidRDefault="004D3E62">
      <w:pPr>
        <w:jc w:val="center"/>
      </w:pPr>
      <w:r w:rsidRPr="004D3E62">
        <w:rPr>
          <w:i/>
        </w:rPr>
        <w:t xml:space="preserve">Lietu </w:t>
      </w:r>
      <w:proofErr w:type="spellStart"/>
      <w:r w:rsidRPr="004D3E62">
        <w:rPr>
          <w:i/>
        </w:rPr>
        <w:t>pieņemšana</w:t>
      </w:r>
      <w:r>
        <w:rPr>
          <w:i/>
        </w:rPr>
        <w:t>s</w:t>
      </w:r>
      <w:proofErr w:type="spellEnd"/>
      <w:r w:rsidRPr="004D3E62">
        <w:rPr>
          <w:i/>
        </w:rPr>
        <w:t xml:space="preserve"> </w:t>
      </w:r>
      <w:proofErr w:type="spellStart"/>
      <w:r w:rsidR="00000000">
        <w:rPr>
          <w:i/>
        </w:rPr>
        <w:t>veidlapa</w:t>
      </w:r>
      <w:proofErr w:type="spellEnd"/>
      <w:r w:rsidR="00000000">
        <w:rPr>
          <w:i/>
        </w:rPr>
        <w:t xml:space="preserve"> (Word </w:t>
      </w:r>
      <w:proofErr w:type="spellStart"/>
      <w:r w:rsidR="00000000">
        <w:rPr>
          <w:i/>
        </w:rPr>
        <w:t>paraugs</w:t>
      </w:r>
      <w:proofErr w:type="spellEnd"/>
      <w:r w:rsidR="00000000">
        <w:rPr>
          <w:i/>
        </w:rPr>
        <w:t xml:space="preserve"> iesniegšanai portālā)</w:t>
      </w:r>
    </w:p>
    <w:p w14:paraId="1DAF6A00" w14:textId="77777777" w:rsidR="00D25560" w:rsidRDefault="00D2556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2409"/>
        <w:gridCol w:w="2409"/>
      </w:tblGrid>
      <w:tr w:rsidR="001931D2" w14:paraId="52B0A40E" w14:textId="77777777">
        <w:trPr>
          <w:jc w:val="center"/>
        </w:trPr>
        <w:tc>
          <w:tcPr>
            <w:tcW w:w="2409" w:type="dxa"/>
            <w:vAlign w:val="center"/>
          </w:tcPr>
          <w:p w14:paraId="6D8238B2" w14:textId="77777777" w:rsidR="001931D2" w:rsidRDefault="001931D2">
            <w:r>
              <w:rPr>
                <w:b/>
              </w:rPr>
              <w:t>Datums</w:t>
            </w:r>
          </w:p>
        </w:tc>
        <w:tc>
          <w:tcPr>
            <w:tcW w:w="2409" w:type="dxa"/>
            <w:vAlign w:val="center"/>
          </w:tcPr>
          <w:p w14:paraId="37C5F56F" w14:textId="77777777" w:rsidR="001931D2" w:rsidRDefault="001931D2">
            <w:r>
              <w:rPr>
                <w:b/>
              </w:rPr>
              <w:t>Aizpildīja</w:t>
            </w:r>
          </w:p>
        </w:tc>
        <w:tc>
          <w:tcPr>
            <w:tcW w:w="2409" w:type="dxa"/>
            <w:vAlign w:val="center"/>
          </w:tcPr>
          <w:p w14:paraId="40656509" w14:textId="77777777" w:rsidR="001931D2" w:rsidRDefault="001931D2">
            <w:r>
              <w:rPr>
                <w:b/>
              </w:rPr>
              <w:t>Partneris</w:t>
            </w:r>
          </w:p>
        </w:tc>
      </w:tr>
      <w:tr w:rsidR="001931D2" w14:paraId="592BE69C" w14:textId="77777777">
        <w:trPr>
          <w:jc w:val="center"/>
        </w:trPr>
        <w:tc>
          <w:tcPr>
            <w:tcW w:w="2409" w:type="dxa"/>
            <w:vAlign w:val="center"/>
          </w:tcPr>
          <w:p w14:paraId="5D929C21" w14:textId="77777777" w:rsidR="001931D2" w:rsidRDefault="001931D2">
            <w:r>
              <w:rPr>
                <w:i/>
                <w:color w:val="787878"/>
              </w:rPr>
              <w:t>[YYYY-MM-DD]</w:t>
            </w:r>
          </w:p>
        </w:tc>
        <w:tc>
          <w:tcPr>
            <w:tcW w:w="2409" w:type="dxa"/>
            <w:vAlign w:val="center"/>
          </w:tcPr>
          <w:p w14:paraId="5C7C7F2B" w14:textId="77777777" w:rsidR="001931D2" w:rsidRDefault="001931D2">
            <w:r>
              <w:rPr>
                <w:i/>
                <w:color w:val="787878"/>
              </w:rPr>
              <w:t>[Vārds Uzvārds]</w:t>
            </w:r>
          </w:p>
        </w:tc>
        <w:tc>
          <w:tcPr>
            <w:tcW w:w="2409" w:type="dxa"/>
            <w:vAlign w:val="center"/>
          </w:tcPr>
          <w:p w14:paraId="2F278504" w14:textId="77777777" w:rsidR="001931D2" w:rsidRDefault="001931D2">
            <w:r>
              <w:rPr>
                <w:i/>
                <w:color w:val="787878"/>
              </w:rPr>
              <w:t>[Partnera nosaukums]</w:t>
            </w:r>
          </w:p>
        </w:tc>
      </w:tr>
    </w:tbl>
    <w:p w14:paraId="043AE0F1" w14:textId="77777777" w:rsidR="00D25560" w:rsidRDefault="00D25560"/>
    <w:p w14:paraId="61D4311A" w14:textId="367E84C9" w:rsidR="00D25560" w:rsidRDefault="00000000">
      <w:r>
        <w:rPr>
          <w:color w:val="5A5A5A"/>
          <w:sz w:val="18"/>
        </w:rPr>
        <w:t xml:space="preserve">Piezīme: ALTAS IT iekšējais paraugs, lai strukturēti </w:t>
      </w:r>
      <w:proofErr w:type="spellStart"/>
      <w:r>
        <w:rPr>
          <w:color w:val="5A5A5A"/>
          <w:sz w:val="18"/>
        </w:rPr>
        <w:t>savāktu</w:t>
      </w:r>
      <w:proofErr w:type="spellEnd"/>
      <w:r>
        <w:rPr>
          <w:color w:val="5A5A5A"/>
          <w:sz w:val="18"/>
        </w:rPr>
        <w:t xml:space="preserve"> </w:t>
      </w:r>
      <w:proofErr w:type="spellStart"/>
      <w:r>
        <w:rPr>
          <w:color w:val="5A5A5A"/>
          <w:sz w:val="18"/>
        </w:rPr>
        <w:t>informāciju</w:t>
      </w:r>
      <w:proofErr w:type="spellEnd"/>
      <w:r>
        <w:rPr>
          <w:color w:val="5A5A5A"/>
          <w:sz w:val="18"/>
        </w:rPr>
        <w:t xml:space="preserve"> </w:t>
      </w:r>
      <w:proofErr w:type="spellStart"/>
      <w:r>
        <w:rPr>
          <w:color w:val="5A5A5A"/>
          <w:sz w:val="18"/>
        </w:rPr>
        <w:t>pirms</w:t>
      </w:r>
      <w:proofErr w:type="spellEnd"/>
      <w:r>
        <w:rPr>
          <w:color w:val="5A5A5A"/>
          <w:sz w:val="18"/>
        </w:rPr>
        <w:t xml:space="preserve"> </w:t>
      </w:r>
      <w:proofErr w:type="spellStart"/>
      <w:r w:rsidR="004D3E62">
        <w:rPr>
          <w:color w:val="5A5A5A"/>
          <w:sz w:val="18"/>
        </w:rPr>
        <w:t>servisa</w:t>
      </w:r>
      <w:proofErr w:type="spellEnd"/>
      <w:r w:rsidR="004D3E62">
        <w:rPr>
          <w:color w:val="5A5A5A"/>
          <w:sz w:val="18"/>
        </w:rPr>
        <w:t xml:space="preserve"> </w:t>
      </w:r>
      <w:proofErr w:type="spellStart"/>
      <w:r w:rsidR="004D3E62">
        <w:rPr>
          <w:color w:val="5A5A5A"/>
          <w:sz w:val="18"/>
        </w:rPr>
        <w:t>pieteikuma</w:t>
      </w:r>
      <w:proofErr w:type="spellEnd"/>
      <w:r>
        <w:rPr>
          <w:color w:val="5A5A5A"/>
          <w:sz w:val="18"/>
        </w:rPr>
        <w:t>.</w:t>
      </w:r>
    </w:p>
    <w:p w14:paraId="246C8B16" w14:textId="77777777" w:rsidR="00D25560" w:rsidRDefault="00000000">
      <w:pPr>
        <w:pStyle w:val="Heading1"/>
      </w:pPr>
      <w:r>
        <w:t>1. Pieteicējs un konteksts</w:t>
      </w:r>
    </w:p>
    <w:p w14:paraId="7320A042" w14:textId="5963A106" w:rsidR="00D25560" w:rsidRDefault="00000000">
      <w:r>
        <w:rPr>
          <w:color w:val="5A5A5A"/>
          <w:sz w:val="18"/>
        </w:rPr>
        <w:t>Mērķis: serviss var uzreiz saprast, ar ko sazināties, kur tas notiek un kāda ir ietekme (</w:t>
      </w:r>
      <w:proofErr w:type="spellStart"/>
      <w:r>
        <w:rPr>
          <w:color w:val="5A5A5A"/>
          <w:sz w:val="18"/>
        </w:rPr>
        <w:t>nevis</w:t>
      </w:r>
      <w:proofErr w:type="spellEnd"/>
      <w:r>
        <w:rPr>
          <w:color w:val="5A5A5A"/>
          <w:sz w:val="18"/>
        </w:rPr>
        <w:t xml:space="preserve"> 3 e-</w:t>
      </w:r>
      <w:proofErr w:type="spellStart"/>
      <w:r>
        <w:rPr>
          <w:color w:val="5A5A5A"/>
          <w:sz w:val="18"/>
        </w:rPr>
        <w:t>pastu</w:t>
      </w:r>
      <w:proofErr w:type="spellEnd"/>
      <w:r>
        <w:rPr>
          <w:color w:val="5A5A5A"/>
          <w:sz w:val="18"/>
        </w:rPr>
        <w:t xml:space="preserve"> ping</w:t>
      </w:r>
      <w:r w:rsidR="004D3E62">
        <w:rPr>
          <w:color w:val="5A5A5A"/>
          <w:sz w:val="18"/>
        </w:rPr>
        <w:t xml:space="preserve"> </w:t>
      </w:r>
      <w:r>
        <w:rPr>
          <w:color w:val="5A5A5A"/>
          <w:sz w:val="18"/>
        </w:rPr>
        <w:t>pongs).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D25560" w14:paraId="24F99F44" w14:textId="77777777">
        <w:trPr>
          <w:jc w:val="center"/>
        </w:trPr>
        <w:tc>
          <w:tcPr>
            <w:tcW w:w="4819" w:type="dxa"/>
            <w:vAlign w:val="center"/>
          </w:tcPr>
          <w:p w14:paraId="45B0F8F1" w14:textId="77777777" w:rsidR="00D25560" w:rsidRDefault="00000000">
            <w:r>
              <w:rPr>
                <w:b/>
              </w:rPr>
              <w:t>Lauks</w:t>
            </w:r>
          </w:p>
        </w:tc>
        <w:tc>
          <w:tcPr>
            <w:tcW w:w="4819" w:type="dxa"/>
            <w:vAlign w:val="center"/>
          </w:tcPr>
          <w:p w14:paraId="314AFDDC" w14:textId="77777777" w:rsidR="00D25560" w:rsidRDefault="00000000">
            <w:r>
              <w:rPr>
                <w:b/>
              </w:rPr>
              <w:t>Vērtība</w:t>
            </w:r>
          </w:p>
        </w:tc>
      </w:tr>
      <w:tr w:rsidR="00D25560" w14:paraId="01483EFF" w14:textId="77777777">
        <w:trPr>
          <w:jc w:val="center"/>
        </w:trPr>
        <w:tc>
          <w:tcPr>
            <w:tcW w:w="4819" w:type="dxa"/>
          </w:tcPr>
          <w:p w14:paraId="175FABFA" w14:textId="77777777" w:rsidR="00D25560" w:rsidRDefault="00000000">
            <w:r>
              <w:t>Kontaktpersona (vārds, uzvārds)</w:t>
            </w:r>
          </w:p>
        </w:tc>
        <w:tc>
          <w:tcPr>
            <w:tcW w:w="4819" w:type="dxa"/>
          </w:tcPr>
          <w:p w14:paraId="4C55591B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  <w:tr w:rsidR="00D25560" w14:paraId="28844812" w14:textId="77777777">
        <w:trPr>
          <w:jc w:val="center"/>
        </w:trPr>
        <w:tc>
          <w:tcPr>
            <w:tcW w:w="4819" w:type="dxa"/>
          </w:tcPr>
          <w:p w14:paraId="4BA57C7A" w14:textId="77777777" w:rsidR="00D25560" w:rsidRDefault="00000000">
            <w:r>
              <w:t>Tālrunis</w:t>
            </w:r>
          </w:p>
        </w:tc>
        <w:tc>
          <w:tcPr>
            <w:tcW w:w="4819" w:type="dxa"/>
          </w:tcPr>
          <w:p w14:paraId="26A524DF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  <w:tr w:rsidR="00D25560" w14:paraId="17151A84" w14:textId="77777777">
        <w:trPr>
          <w:jc w:val="center"/>
        </w:trPr>
        <w:tc>
          <w:tcPr>
            <w:tcW w:w="4819" w:type="dxa"/>
          </w:tcPr>
          <w:p w14:paraId="75CD91D5" w14:textId="77777777" w:rsidR="00D25560" w:rsidRDefault="00000000">
            <w:r>
              <w:t>E-pasts</w:t>
            </w:r>
          </w:p>
        </w:tc>
        <w:tc>
          <w:tcPr>
            <w:tcW w:w="4819" w:type="dxa"/>
          </w:tcPr>
          <w:p w14:paraId="6A609A87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  <w:tr w:rsidR="00D25560" w14:paraId="5B570323" w14:textId="77777777">
        <w:trPr>
          <w:jc w:val="center"/>
        </w:trPr>
        <w:tc>
          <w:tcPr>
            <w:tcW w:w="4819" w:type="dxa"/>
          </w:tcPr>
          <w:p w14:paraId="1FA6FBE4" w14:textId="77777777" w:rsidR="00D25560" w:rsidRDefault="00000000">
            <w:r>
              <w:t>End customer (ja attiecas)</w:t>
            </w:r>
          </w:p>
        </w:tc>
        <w:tc>
          <w:tcPr>
            <w:tcW w:w="4819" w:type="dxa"/>
          </w:tcPr>
          <w:p w14:paraId="641A2DAC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  <w:tr w:rsidR="00D25560" w14:paraId="251EFCC9" w14:textId="77777777">
        <w:trPr>
          <w:jc w:val="center"/>
        </w:trPr>
        <w:tc>
          <w:tcPr>
            <w:tcW w:w="4819" w:type="dxa"/>
          </w:tcPr>
          <w:p w14:paraId="342045E2" w14:textId="77777777" w:rsidR="00D25560" w:rsidRDefault="00000000">
            <w:r>
              <w:t>Objekts / lokācija (pilsēta, valsts)</w:t>
            </w:r>
          </w:p>
        </w:tc>
        <w:tc>
          <w:tcPr>
            <w:tcW w:w="4819" w:type="dxa"/>
          </w:tcPr>
          <w:p w14:paraId="5525C5B8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  <w:tr w:rsidR="00D25560" w14:paraId="69A22595" w14:textId="77777777">
        <w:trPr>
          <w:jc w:val="center"/>
        </w:trPr>
        <w:tc>
          <w:tcPr>
            <w:tcW w:w="4819" w:type="dxa"/>
          </w:tcPr>
          <w:p w14:paraId="30D475CD" w14:textId="77777777" w:rsidR="00D25560" w:rsidRDefault="00000000">
            <w:r>
              <w:t>Laika zona</w:t>
            </w:r>
          </w:p>
        </w:tc>
        <w:tc>
          <w:tcPr>
            <w:tcW w:w="4819" w:type="dxa"/>
          </w:tcPr>
          <w:p w14:paraId="61B7F796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  <w:tr w:rsidR="00D25560" w14:paraId="74E9FC7B" w14:textId="77777777">
        <w:trPr>
          <w:jc w:val="center"/>
        </w:trPr>
        <w:tc>
          <w:tcPr>
            <w:tcW w:w="4819" w:type="dxa"/>
          </w:tcPr>
          <w:p w14:paraId="0C88BB25" w14:textId="77777777" w:rsidR="00D25560" w:rsidRDefault="00000000">
            <w:r>
              <w:t>Preferētais saziņas kanāls</w:t>
            </w:r>
          </w:p>
        </w:tc>
        <w:tc>
          <w:tcPr>
            <w:tcW w:w="4819" w:type="dxa"/>
          </w:tcPr>
          <w:p w14:paraId="74803123" w14:textId="77777777" w:rsidR="00D25560" w:rsidRDefault="00000000">
            <w:r>
              <w:rPr>
                <w:i/>
                <w:color w:val="787878"/>
              </w:rPr>
              <w:t>[Telefons / e-pasts / Teams]</w:t>
            </w:r>
          </w:p>
        </w:tc>
      </w:tr>
      <w:tr w:rsidR="00D25560" w14:paraId="15A0CF2F" w14:textId="77777777">
        <w:trPr>
          <w:jc w:val="center"/>
        </w:trPr>
        <w:tc>
          <w:tcPr>
            <w:tcW w:w="4819" w:type="dxa"/>
          </w:tcPr>
          <w:p w14:paraId="4F87E2C2" w14:textId="77777777" w:rsidR="00D25560" w:rsidRDefault="00000000">
            <w:r>
              <w:t>Attālināta piekļuve iespējama?</w:t>
            </w:r>
          </w:p>
        </w:tc>
        <w:tc>
          <w:tcPr>
            <w:tcW w:w="4819" w:type="dxa"/>
          </w:tcPr>
          <w:p w14:paraId="2B1311DB" w14:textId="77777777" w:rsidR="00D25560" w:rsidRDefault="00000000">
            <w:r>
              <w:rPr>
                <w:i/>
                <w:color w:val="787878"/>
              </w:rPr>
              <w:t>[Jā/Nē]  Detalizācija: [VPN/AnyDesk u.c.]</w:t>
            </w:r>
          </w:p>
        </w:tc>
      </w:tr>
    </w:tbl>
    <w:p w14:paraId="553902A2" w14:textId="77777777" w:rsidR="00D25560" w:rsidRDefault="00D25560"/>
    <w:p w14:paraId="0726E269" w14:textId="2360CDC6" w:rsidR="00D25560" w:rsidRDefault="00000000">
      <w:pPr>
        <w:pStyle w:val="Heading1"/>
      </w:pPr>
      <w:r>
        <w:t xml:space="preserve">2. </w:t>
      </w:r>
      <w:proofErr w:type="spellStart"/>
      <w:r w:rsidR="004D3E62">
        <w:t>Gadījuma</w:t>
      </w:r>
      <w:proofErr w:type="spellEnd"/>
      <w:r>
        <w:t xml:space="preserve"> </w:t>
      </w:r>
      <w:proofErr w:type="spellStart"/>
      <w:r>
        <w:t>detaļas</w:t>
      </w:r>
      <w:proofErr w:type="spellEnd"/>
      <w: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D25560" w14:paraId="34610DF1" w14:textId="77777777">
        <w:trPr>
          <w:jc w:val="center"/>
        </w:trPr>
        <w:tc>
          <w:tcPr>
            <w:tcW w:w="4819" w:type="dxa"/>
            <w:vAlign w:val="center"/>
          </w:tcPr>
          <w:p w14:paraId="79C89CA6" w14:textId="77777777" w:rsidR="00D25560" w:rsidRDefault="00000000">
            <w:r>
              <w:rPr>
                <w:b/>
              </w:rPr>
              <w:t>Lauks</w:t>
            </w:r>
          </w:p>
        </w:tc>
        <w:tc>
          <w:tcPr>
            <w:tcW w:w="4819" w:type="dxa"/>
            <w:vAlign w:val="center"/>
          </w:tcPr>
          <w:p w14:paraId="202E8996" w14:textId="77777777" w:rsidR="00D25560" w:rsidRDefault="00000000">
            <w:r>
              <w:rPr>
                <w:b/>
              </w:rPr>
              <w:t>Vērtība</w:t>
            </w:r>
          </w:p>
        </w:tc>
      </w:tr>
      <w:tr w:rsidR="00D25560" w14:paraId="70D74019" w14:textId="77777777">
        <w:trPr>
          <w:jc w:val="center"/>
        </w:trPr>
        <w:tc>
          <w:tcPr>
            <w:tcW w:w="4819" w:type="dxa"/>
          </w:tcPr>
          <w:p w14:paraId="7C103EDB" w14:textId="77777777" w:rsidR="00D25560" w:rsidRDefault="00000000">
            <w:proofErr w:type="spellStart"/>
            <w:r>
              <w:t>Skarto</w:t>
            </w:r>
            <w:proofErr w:type="spellEnd"/>
            <w:r>
              <w:t xml:space="preserve"> </w:t>
            </w:r>
            <w:proofErr w:type="spellStart"/>
            <w:r>
              <w:t>objektu</w:t>
            </w:r>
            <w:proofErr w:type="spellEnd"/>
            <w:r>
              <w:t xml:space="preserve"> </w:t>
            </w:r>
            <w:proofErr w:type="spellStart"/>
            <w:r>
              <w:t>skaits</w:t>
            </w:r>
            <w:proofErr w:type="spellEnd"/>
          </w:p>
        </w:tc>
        <w:tc>
          <w:tcPr>
            <w:tcW w:w="4819" w:type="dxa"/>
          </w:tcPr>
          <w:p w14:paraId="16485AFC" w14:textId="77777777" w:rsidR="00D25560" w:rsidRDefault="00000000">
            <w:r>
              <w:rPr>
                <w:i/>
                <w:color w:val="787878"/>
              </w:rPr>
              <w:t>[# vietas]</w:t>
            </w:r>
          </w:p>
        </w:tc>
      </w:tr>
      <w:tr w:rsidR="00D25560" w14:paraId="3235F6E9" w14:textId="77777777">
        <w:trPr>
          <w:jc w:val="center"/>
        </w:trPr>
        <w:tc>
          <w:tcPr>
            <w:tcW w:w="4819" w:type="dxa"/>
          </w:tcPr>
          <w:p w14:paraId="0CC2F506" w14:textId="77777777" w:rsidR="00D25560" w:rsidRDefault="00000000">
            <w:r>
              <w:t>Skarto ierīču skaits</w:t>
            </w:r>
          </w:p>
        </w:tc>
        <w:tc>
          <w:tcPr>
            <w:tcW w:w="4819" w:type="dxa"/>
          </w:tcPr>
          <w:p w14:paraId="2E3E970F" w14:textId="77777777" w:rsidR="00D25560" w:rsidRDefault="00000000">
            <w:r>
              <w:rPr>
                <w:i/>
                <w:color w:val="787878"/>
              </w:rPr>
              <w:t>[# kameras/lasītāji/serveri/u.c.]</w:t>
            </w:r>
          </w:p>
        </w:tc>
      </w:tr>
      <w:tr w:rsidR="00D25560" w14:paraId="3C81C825" w14:textId="77777777">
        <w:trPr>
          <w:jc w:val="center"/>
        </w:trPr>
        <w:tc>
          <w:tcPr>
            <w:tcW w:w="4819" w:type="dxa"/>
          </w:tcPr>
          <w:p w14:paraId="5B4E2807" w14:textId="77777777" w:rsidR="00D25560" w:rsidRDefault="00000000">
            <w:r>
              <w:t>Vai ir workaround?</w:t>
            </w:r>
          </w:p>
        </w:tc>
        <w:tc>
          <w:tcPr>
            <w:tcW w:w="4819" w:type="dxa"/>
          </w:tcPr>
          <w:p w14:paraId="60627726" w14:textId="77777777" w:rsidR="00D25560" w:rsidRDefault="00000000">
            <w:r>
              <w:rPr>
                <w:i/>
                <w:color w:val="787878"/>
              </w:rPr>
              <w:t>[Jā/Nē]  Ja jā: [ ]</w:t>
            </w:r>
          </w:p>
        </w:tc>
      </w:tr>
    </w:tbl>
    <w:p w14:paraId="59E7F707" w14:textId="77777777" w:rsidR="00D25560" w:rsidRDefault="00D25560"/>
    <w:p w14:paraId="32FC9B3D" w14:textId="558DFC0E" w:rsidR="00D25560" w:rsidRDefault="004D3E62">
      <w:proofErr w:type="spellStart"/>
      <w:r w:rsidRPr="004D3E62">
        <w:rPr>
          <w:color w:val="5A5A5A"/>
          <w:sz w:val="18"/>
        </w:rPr>
        <w:t>Nopietnība</w:t>
      </w:r>
      <w:r>
        <w:rPr>
          <w:color w:val="5A5A5A"/>
          <w:sz w:val="18"/>
        </w:rPr>
        <w:t>s</w:t>
      </w:r>
      <w:proofErr w:type="spellEnd"/>
      <w:r w:rsidRPr="004D3E62">
        <w:rPr>
          <w:color w:val="5A5A5A"/>
          <w:sz w:val="18"/>
        </w:rPr>
        <w:t xml:space="preserve"> </w:t>
      </w:r>
      <w:proofErr w:type="spellStart"/>
      <w:r w:rsidR="00000000">
        <w:rPr>
          <w:color w:val="5A5A5A"/>
          <w:sz w:val="18"/>
        </w:rPr>
        <w:t>ieteikums</w:t>
      </w:r>
      <w:proofErr w:type="spellEnd"/>
      <w:r w:rsidR="00000000">
        <w:rPr>
          <w:color w:val="5A5A5A"/>
          <w:sz w:val="18"/>
        </w:rPr>
        <w:t xml:space="preserve"> (</w:t>
      </w:r>
      <w:proofErr w:type="spellStart"/>
      <w:r w:rsidR="00000000">
        <w:rPr>
          <w:color w:val="5A5A5A"/>
          <w:sz w:val="18"/>
        </w:rPr>
        <w:t>orientējoši</w:t>
      </w:r>
      <w:proofErr w:type="spellEnd"/>
      <w:r w:rsidR="00000000">
        <w:rPr>
          <w:color w:val="5A5A5A"/>
          <w:sz w:val="18"/>
        </w:rPr>
        <w:t xml:space="preserve">): S1 – </w:t>
      </w:r>
      <w:proofErr w:type="spellStart"/>
      <w:r w:rsidR="00000000">
        <w:rPr>
          <w:color w:val="5A5A5A"/>
          <w:sz w:val="18"/>
        </w:rPr>
        <w:t>sistēma</w:t>
      </w:r>
      <w:proofErr w:type="spellEnd"/>
      <w:r w:rsidR="00000000">
        <w:rPr>
          <w:color w:val="5A5A5A"/>
          <w:sz w:val="18"/>
        </w:rPr>
        <w:t xml:space="preserve"> nestrādā vai kritisks drošības risks; S2 – būtiski traucē operācijas; S3 – daļējs traucējums; S4 – konsultācija/uzlabojums.</w:t>
      </w:r>
    </w:p>
    <w:p w14:paraId="1FDC48E1" w14:textId="77777777" w:rsidR="00D25560" w:rsidRDefault="00000000">
      <w:pPr>
        <w:pStyle w:val="Heading1"/>
      </w:pPr>
      <w:r>
        <w:t>3. Produkts un versijas (obligāti)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D25560" w14:paraId="533D8172" w14:textId="77777777">
        <w:trPr>
          <w:jc w:val="center"/>
        </w:trPr>
        <w:tc>
          <w:tcPr>
            <w:tcW w:w="4819" w:type="dxa"/>
            <w:vAlign w:val="center"/>
          </w:tcPr>
          <w:p w14:paraId="60E4B1C8" w14:textId="77777777" w:rsidR="00D25560" w:rsidRDefault="00000000">
            <w:r>
              <w:rPr>
                <w:b/>
              </w:rPr>
              <w:t>Lauks</w:t>
            </w:r>
          </w:p>
        </w:tc>
        <w:tc>
          <w:tcPr>
            <w:tcW w:w="4819" w:type="dxa"/>
            <w:vAlign w:val="center"/>
          </w:tcPr>
          <w:p w14:paraId="408541E3" w14:textId="77777777" w:rsidR="00D25560" w:rsidRDefault="00000000">
            <w:r>
              <w:rPr>
                <w:b/>
              </w:rPr>
              <w:t>Vērtība</w:t>
            </w:r>
          </w:p>
        </w:tc>
      </w:tr>
      <w:tr w:rsidR="00D25560" w14:paraId="567144D3" w14:textId="77777777">
        <w:trPr>
          <w:jc w:val="center"/>
        </w:trPr>
        <w:tc>
          <w:tcPr>
            <w:tcW w:w="4819" w:type="dxa"/>
          </w:tcPr>
          <w:p w14:paraId="799BE666" w14:textId="77777777" w:rsidR="00D25560" w:rsidRDefault="00000000">
            <w:r>
              <w:t>Produkts / risinājums</w:t>
            </w:r>
          </w:p>
        </w:tc>
        <w:tc>
          <w:tcPr>
            <w:tcW w:w="4819" w:type="dxa"/>
          </w:tcPr>
          <w:p w14:paraId="6CE2DE26" w14:textId="2E2D8C29" w:rsidR="00D25560" w:rsidRDefault="00000000">
            <w:r>
              <w:rPr>
                <w:i/>
                <w:color w:val="787878"/>
              </w:rPr>
              <w:t>[</w:t>
            </w:r>
            <w:r w:rsidR="001931D2">
              <w:rPr>
                <w:i/>
                <w:color w:val="787878"/>
              </w:rPr>
              <w:t xml:space="preserve">Genetec, Digifort, Stid, Hanwha, ACRE, </w:t>
            </w:r>
            <w:proofErr w:type="spellStart"/>
            <w:r w:rsidR="001931D2">
              <w:rPr>
                <w:i/>
                <w:color w:val="787878"/>
              </w:rPr>
              <w:t>Mobotix</w:t>
            </w:r>
            <w:proofErr w:type="spellEnd"/>
            <w:r w:rsidR="001931D2">
              <w:rPr>
                <w:i/>
                <w:color w:val="787878"/>
              </w:rPr>
              <w:t xml:space="preserve"> </w:t>
            </w:r>
            <w:proofErr w:type="spellStart"/>
            <w:r w:rsidR="001931D2">
              <w:rPr>
                <w:i/>
                <w:color w:val="787878"/>
              </w:rPr>
              <w:t>u</w:t>
            </w:r>
            <w:r w:rsidR="004D3E62">
              <w:rPr>
                <w:i/>
                <w:color w:val="787878"/>
              </w:rPr>
              <w:t>tt</w:t>
            </w:r>
            <w:proofErr w:type="spellEnd"/>
            <w:r w:rsidR="004D3E62">
              <w:rPr>
                <w:i/>
                <w:color w:val="787878"/>
              </w:rPr>
              <w:t>.]</w:t>
            </w:r>
          </w:p>
        </w:tc>
      </w:tr>
      <w:tr w:rsidR="00D25560" w14:paraId="56C1B99F" w14:textId="77777777">
        <w:trPr>
          <w:jc w:val="center"/>
        </w:trPr>
        <w:tc>
          <w:tcPr>
            <w:tcW w:w="4819" w:type="dxa"/>
          </w:tcPr>
          <w:p w14:paraId="526A3794" w14:textId="77777777" w:rsidR="00D25560" w:rsidRDefault="00000000">
            <w:r>
              <w:t>Versija (major.minor.patch) + build</w:t>
            </w:r>
          </w:p>
        </w:tc>
        <w:tc>
          <w:tcPr>
            <w:tcW w:w="4819" w:type="dxa"/>
          </w:tcPr>
          <w:p w14:paraId="4FE31C4E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  <w:tr w:rsidR="00D25560" w14:paraId="39165BCF" w14:textId="77777777">
        <w:trPr>
          <w:jc w:val="center"/>
        </w:trPr>
        <w:tc>
          <w:tcPr>
            <w:tcW w:w="4819" w:type="dxa"/>
          </w:tcPr>
          <w:p w14:paraId="60FAE812" w14:textId="77777777" w:rsidR="00D25560" w:rsidRDefault="00000000">
            <w:r>
              <w:t xml:space="preserve">Hotfix / update </w:t>
            </w:r>
            <w:proofErr w:type="spellStart"/>
            <w:r>
              <w:t>pakotnes</w:t>
            </w:r>
            <w:proofErr w:type="spellEnd"/>
            <w:r>
              <w:t xml:space="preserve"> (ja </w:t>
            </w:r>
            <w:proofErr w:type="spellStart"/>
            <w:r>
              <w:t>ir</w:t>
            </w:r>
            <w:proofErr w:type="spellEnd"/>
            <w:r>
              <w:t>)</w:t>
            </w:r>
          </w:p>
        </w:tc>
        <w:tc>
          <w:tcPr>
            <w:tcW w:w="4819" w:type="dxa"/>
          </w:tcPr>
          <w:p w14:paraId="14A5D62E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  <w:tr w:rsidR="00D25560" w14:paraId="27DDE9BF" w14:textId="77777777">
        <w:trPr>
          <w:jc w:val="center"/>
        </w:trPr>
        <w:tc>
          <w:tcPr>
            <w:tcW w:w="4819" w:type="dxa"/>
          </w:tcPr>
          <w:p w14:paraId="29CCD769" w14:textId="77777777" w:rsidR="00D25560" w:rsidRDefault="00000000">
            <w:r>
              <w:t>Licence / System ID / Key (ja attiecas)</w:t>
            </w:r>
          </w:p>
        </w:tc>
        <w:tc>
          <w:tcPr>
            <w:tcW w:w="4819" w:type="dxa"/>
          </w:tcPr>
          <w:p w14:paraId="3270AE5D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  <w:tr w:rsidR="00D25560" w14:paraId="7B0CBE84" w14:textId="77777777">
        <w:trPr>
          <w:jc w:val="center"/>
        </w:trPr>
        <w:tc>
          <w:tcPr>
            <w:tcW w:w="4819" w:type="dxa"/>
          </w:tcPr>
          <w:p w14:paraId="075D1490" w14:textId="77777777" w:rsidR="00D25560" w:rsidRDefault="00000000">
            <w:r>
              <w:t>Klienta aplikācijas tips</w:t>
            </w:r>
          </w:p>
        </w:tc>
        <w:tc>
          <w:tcPr>
            <w:tcW w:w="4819" w:type="dxa"/>
          </w:tcPr>
          <w:p w14:paraId="18EA996E" w14:textId="77777777" w:rsidR="00D25560" w:rsidRDefault="00000000">
            <w:r>
              <w:rPr>
                <w:i/>
                <w:color w:val="787878"/>
              </w:rPr>
              <w:t>[Workstation / Web Client / Mobile / cits]</w:t>
            </w:r>
          </w:p>
        </w:tc>
      </w:tr>
      <w:tr w:rsidR="00D25560" w14:paraId="5AAAB1A3" w14:textId="77777777">
        <w:trPr>
          <w:jc w:val="center"/>
        </w:trPr>
        <w:tc>
          <w:tcPr>
            <w:tcW w:w="4819" w:type="dxa"/>
          </w:tcPr>
          <w:p w14:paraId="32F5B894" w14:textId="77777777" w:rsidR="00D25560" w:rsidRDefault="00000000">
            <w:r>
              <w:t>Klienta versija (ja atšķiras no servera)</w:t>
            </w:r>
          </w:p>
        </w:tc>
        <w:tc>
          <w:tcPr>
            <w:tcW w:w="4819" w:type="dxa"/>
          </w:tcPr>
          <w:p w14:paraId="17B6CB87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</w:tbl>
    <w:p w14:paraId="616DB1E0" w14:textId="77777777" w:rsidR="00D25560" w:rsidRDefault="00D25560"/>
    <w:p w14:paraId="484DBB49" w14:textId="16EC1004" w:rsidR="00D25560" w:rsidRDefault="00000000">
      <w:pPr>
        <w:pStyle w:val="Heading1"/>
      </w:pPr>
      <w:r>
        <w:lastRenderedPageBreak/>
        <w:t>4. Vide (</w:t>
      </w:r>
      <w:proofErr w:type="spellStart"/>
      <w:r>
        <w:t>serveris</w:t>
      </w:r>
      <w:proofErr w:type="spellEnd"/>
      <w:r>
        <w:t xml:space="preserve">, </w:t>
      </w:r>
      <w:proofErr w:type="spellStart"/>
      <w:r>
        <w:t>tīkls</w:t>
      </w:r>
      <w:proofErr w:type="spellEnd"/>
      <w:r>
        <w:t xml:space="preserve">, </w:t>
      </w:r>
      <w:proofErr w:type="spellStart"/>
      <w:r>
        <w:t>integrācijas</w:t>
      </w:r>
      <w:proofErr w:type="spellEnd"/>
      <w:r w:rsidR="001931D2">
        <w:t xml:space="preserve"> – ja </w:t>
      </w:r>
      <w:proofErr w:type="spellStart"/>
      <w:r w:rsidR="001931D2">
        <w:t>ir</w:t>
      </w:r>
      <w:proofErr w:type="spellEnd"/>
      <w:r w:rsidR="001931D2">
        <w:t xml:space="preserve"> </w:t>
      </w:r>
      <w:proofErr w:type="spellStart"/>
      <w:r w:rsidR="001931D2">
        <w:t>aktuāli</w:t>
      </w:r>
      <w:proofErr w:type="spellEnd"/>
      <w: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D25560" w14:paraId="682AA4FC" w14:textId="77777777">
        <w:trPr>
          <w:jc w:val="center"/>
        </w:trPr>
        <w:tc>
          <w:tcPr>
            <w:tcW w:w="4819" w:type="dxa"/>
            <w:vAlign w:val="center"/>
          </w:tcPr>
          <w:p w14:paraId="6916C259" w14:textId="77777777" w:rsidR="00D25560" w:rsidRDefault="00000000">
            <w:r>
              <w:rPr>
                <w:b/>
              </w:rPr>
              <w:t>Lauks</w:t>
            </w:r>
          </w:p>
        </w:tc>
        <w:tc>
          <w:tcPr>
            <w:tcW w:w="4819" w:type="dxa"/>
            <w:vAlign w:val="center"/>
          </w:tcPr>
          <w:p w14:paraId="292AC094" w14:textId="77777777" w:rsidR="00D25560" w:rsidRDefault="00000000">
            <w:r>
              <w:rPr>
                <w:b/>
              </w:rPr>
              <w:t>Vērtība</w:t>
            </w:r>
          </w:p>
        </w:tc>
      </w:tr>
      <w:tr w:rsidR="00D25560" w14:paraId="1FFC7BF4" w14:textId="77777777">
        <w:trPr>
          <w:jc w:val="center"/>
        </w:trPr>
        <w:tc>
          <w:tcPr>
            <w:tcW w:w="4819" w:type="dxa"/>
          </w:tcPr>
          <w:p w14:paraId="470852BB" w14:textId="77777777" w:rsidR="00D25560" w:rsidRDefault="00000000">
            <w:r>
              <w:t>Servera OS (versija + patch līmenis)</w:t>
            </w:r>
          </w:p>
        </w:tc>
        <w:tc>
          <w:tcPr>
            <w:tcW w:w="4819" w:type="dxa"/>
          </w:tcPr>
          <w:p w14:paraId="255A9B17" w14:textId="77777777" w:rsidR="00D25560" w:rsidRDefault="00000000">
            <w:r>
              <w:rPr>
                <w:i/>
                <w:color w:val="787878"/>
              </w:rPr>
              <w:t>[Windows Server … / Linux …]</w:t>
            </w:r>
          </w:p>
        </w:tc>
      </w:tr>
      <w:tr w:rsidR="00D25560" w14:paraId="3242AF06" w14:textId="77777777">
        <w:trPr>
          <w:jc w:val="center"/>
        </w:trPr>
        <w:tc>
          <w:tcPr>
            <w:tcW w:w="4819" w:type="dxa"/>
          </w:tcPr>
          <w:p w14:paraId="342BF4C4" w14:textId="77777777" w:rsidR="00D25560" w:rsidRDefault="00000000">
            <w:r>
              <w:t>Virtualizācija</w:t>
            </w:r>
          </w:p>
        </w:tc>
        <w:tc>
          <w:tcPr>
            <w:tcW w:w="4819" w:type="dxa"/>
          </w:tcPr>
          <w:p w14:paraId="1559D4BA" w14:textId="77777777" w:rsidR="00D25560" w:rsidRDefault="00000000">
            <w:r>
              <w:rPr>
                <w:i/>
                <w:color w:val="787878"/>
              </w:rPr>
              <w:t>[Nav / VMware / Hyper-V / cits]  Host info: [ ]</w:t>
            </w:r>
          </w:p>
        </w:tc>
      </w:tr>
      <w:tr w:rsidR="00D25560" w14:paraId="05C3CFB9" w14:textId="77777777">
        <w:trPr>
          <w:jc w:val="center"/>
        </w:trPr>
        <w:tc>
          <w:tcPr>
            <w:tcW w:w="4819" w:type="dxa"/>
          </w:tcPr>
          <w:p w14:paraId="43414FA6" w14:textId="77777777" w:rsidR="00D25560" w:rsidRDefault="00000000">
            <w:r>
              <w:t>Servera resursi</w:t>
            </w:r>
          </w:p>
        </w:tc>
        <w:tc>
          <w:tcPr>
            <w:tcW w:w="4819" w:type="dxa"/>
          </w:tcPr>
          <w:p w14:paraId="3B995E4F" w14:textId="77777777" w:rsidR="00D25560" w:rsidRDefault="00000000">
            <w:r>
              <w:rPr>
                <w:i/>
                <w:color w:val="787878"/>
              </w:rPr>
              <w:t>[CPU / RAM / Storage tips un apjoms]</w:t>
            </w:r>
          </w:p>
        </w:tc>
      </w:tr>
      <w:tr w:rsidR="00D25560" w14:paraId="1239B9D9" w14:textId="77777777">
        <w:trPr>
          <w:jc w:val="center"/>
        </w:trPr>
        <w:tc>
          <w:tcPr>
            <w:tcW w:w="4819" w:type="dxa"/>
          </w:tcPr>
          <w:p w14:paraId="4404A993" w14:textId="77777777" w:rsidR="00D25560" w:rsidRDefault="00000000">
            <w:r>
              <w:t>DB (ja attiecas)</w:t>
            </w:r>
          </w:p>
        </w:tc>
        <w:tc>
          <w:tcPr>
            <w:tcW w:w="4819" w:type="dxa"/>
          </w:tcPr>
          <w:p w14:paraId="01EA3D2E" w14:textId="77777777" w:rsidR="00D25560" w:rsidRDefault="00000000">
            <w:r>
              <w:rPr>
                <w:i/>
                <w:color w:val="787878"/>
              </w:rPr>
              <w:t>[SQL Server versija / cits]</w:t>
            </w:r>
          </w:p>
        </w:tc>
      </w:tr>
      <w:tr w:rsidR="00D25560" w14:paraId="0B0745F8" w14:textId="77777777">
        <w:trPr>
          <w:jc w:val="center"/>
        </w:trPr>
        <w:tc>
          <w:tcPr>
            <w:tcW w:w="4819" w:type="dxa"/>
          </w:tcPr>
          <w:p w14:paraId="4B9B6CC9" w14:textId="77777777" w:rsidR="00D25560" w:rsidRDefault="00000000">
            <w:r>
              <w:t>Tīkla īss apraksts</w:t>
            </w:r>
          </w:p>
        </w:tc>
        <w:tc>
          <w:tcPr>
            <w:tcW w:w="4819" w:type="dxa"/>
          </w:tcPr>
          <w:p w14:paraId="24A93948" w14:textId="77777777" w:rsidR="00D25560" w:rsidRDefault="00000000">
            <w:r>
              <w:rPr>
                <w:i/>
                <w:color w:val="787878"/>
              </w:rPr>
              <w:t>[ierīce → switch → firewall → serveris → klients]</w:t>
            </w:r>
          </w:p>
        </w:tc>
      </w:tr>
      <w:tr w:rsidR="00D25560" w14:paraId="534E9D14" w14:textId="77777777">
        <w:trPr>
          <w:jc w:val="center"/>
        </w:trPr>
        <w:tc>
          <w:tcPr>
            <w:tcW w:w="4819" w:type="dxa"/>
          </w:tcPr>
          <w:p w14:paraId="3113E129" w14:textId="77777777" w:rsidR="00D25560" w:rsidRDefault="00000000">
            <w:r>
              <w:t>IP režīms</w:t>
            </w:r>
          </w:p>
        </w:tc>
        <w:tc>
          <w:tcPr>
            <w:tcW w:w="4819" w:type="dxa"/>
          </w:tcPr>
          <w:p w14:paraId="62B19FDC" w14:textId="77777777" w:rsidR="00D25560" w:rsidRDefault="00000000">
            <w:r>
              <w:rPr>
                <w:i/>
                <w:color w:val="787878"/>
              </w:rPr>
              <w:t>[DHCP / statiska]</w:t>
            </w:r>
          </w:p>
        </w:tc>
      </w:tr>
      <w:tr w:rsidR="00D25560" w14:paraId="09BE41EB" w14:textId="77777777">
        <w:trPr>
          <w:jc w:val="center"/>
        </w:trPr>
        <w:tc>
          <w:tcPr>
            <w:tcW w:w="4819" w:type="dxa"/>
          </w:tcPr>
          <w:p w14:paraId="09ECE029" w14:textId="77777777" w:rsidR="00D25560" w:rsidRDefault="00000000">
            <w:r>
              <w:t>Integrācijas (3rd party, SDK, plug-ins)</w:t>
            </w:r>
          </w:p>
        </w:tc>
        <w:tc>
          <w:tcPr>
            <w:tcW w:w="4819" w:type="dxa"/>
          </w:tcPr>
          <w:p w14:paraId="5F603AD7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  <w:tr w:rsidR="00D25560" w14:paraId="32AC506F" w14:textId="77777777">
        <w:trPr>
          <w:jc w:val="center"/>
        </w:trPr>
        <w:tc>
          <w:tcPr>
            <w:tcW w:w="4819" w:type="dxa"/>
          </w:tcPr>
          <w:p w14:paraId="62F398DB" w14:textId="77777777" w:rsidR="00D25560" w:rsidRDefault="00000000">
            <w:r>
              <w:t>Drošības ierobežojumi (FW/ACL/Proxy)</w:t>
            </w:r>
          </w:p>
        </w:tc>
        <w:tc>
          <w:tcPr>
            <w:tcW w:w="4819" w:type="dxa"/>
          </w:tcPr>
          <w:p w14:paraId="363BE426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</w:tbl>
    <w:p w14:paraId="179688DF" w14:textId="77777777" w:rsidR="00D25560" w:rsidRDefault="00D25560"/>
    <w:p w14:paraId="050D7EA0" w14:textId="792F17E8" w:rsidR="00D25560" w:rsidRDefault="00000000">
      <w:pPr>
        <w:pStyle w:val="Heading1"/>
      </w:pPr>
      <w:r>
        <w:t xml:space="preserve">5. </w:t>
      </w:r>
      <w:proofErr w:type="spellStart"/>
      <w:r>
        <w:t>Problēmas</w:t>
      </w:r>
      <w:proofErr w:type="spellEnd"/>
      <w:r>
        <w:t xml:space="preserve"> </w:t>
      </w:r>
      <w:proofErr w:type="spellStart"/>
      <w:r>
        <w:t>apraksts</w:t>
      </w:r>
      <w:proofErr w:type="spellEnd"/>
      <w:r>
        <w:t xml:space="preserve"> (</w:t>
      </w:r>
      <w:proofErr w:type="spellStart"/>
      <w:r>
        <w:t>simptoms</w:t>
      </w:r>
      <w:proofErr w:type="spellEnd"/>
      <w:r>
        <w:t>)</w:t>
      </w:r>
    </w:p>
    <w:p w14:paraId="71BF68A9" w14:textId="77777777" w:rsidR="00D25560" w:rsidRDefault="00000000">
      <w:r>
        <w:rPr>
          <w:color w:val="5A5A5A"/>
          <w:sz w:val="18"/>
        </w:rPr>
        <w:t>Uzraksti tā, lai cits cilvēks var atkārtot. Ja nav atkārtojams, dod pēc iespējas precīzākus apstākļus, kad tas notiek.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D25560" w14:paraId="3FA31001" w14:textId="77777777">
        <w:trPr>
          <w:jc w:val="center"/>
        </w:trPr>
        <w:tc>
          <w:tcPr>
            <w:tcW w:w="4819" w:type="dxa"/>
            <w:vAlign w:val="center"/>
          </w:tcPr>
          <w:p w14:paraId="571EFF7F" w14:textId="77777777" w:rsidR="00D25560" w:rsidRDefault="00000000">
            <w:r>
              <w:rPr>
                <w:b/>
              </w:rPr>
              <w:t>Lauks</w:t>
            </w:r>
          </w:p>
        </w:tc>
        <w:tc>
          <w:tcPr>
            <w:tcW w:w="4819" w:type="dxa"/>
            <w:vAlign w:val="center"/>
          </w:tcPr>
          <w:p w14:paraId="5B3C9EC0" w14:textId="77777777" w:rsidR="00D25560" w:rsidRDefault="00000000">
            <w:r>
              <w:rPr>
                <w:b/>
              </w:rPr>
              <w:t>Vērtība</w:t>
            </w:r>
          </w:p>
        </w:tc>
      </w:tr>
      <w:tr w:rsidR="00D25560" w14:paraId="6A9EDBBB" w14:textId="77777777">
        <w:trPr>
          <w:jc w:val="center"/>
        </w:trPr>
        <w:tc>
          <w:tcPr>
            <w:tcW w:w="4819" w:type="dxa"/>
          </w:tcPr>
          <w:p w14:paraId="6DA9D18C" w14:textId="77777777" w:rsidR="00D25560" w:rsidRDefault="00000000">
            <w:r>
              <w:t>Kopsavilkums 1 teikumā</w:t>
            </w:r>
          </w:p>
        </w:tc>
        <w:tc>
          <w:tcPr>
            <w:tcW w:w="4819" w:type="dxa"/>
          </w:tcPr>
          <w:p w14:paraId="26D8EA3D" w14:textId="77777777" w:rsidR="00D25560" w:rsidRDefault="00000000">
            <w:r>
              <w:rPr>
                <w:i/>
                <w:color w:val="787878"/>
              </w:rPr>
              <w:t>[Kas nestrādā + kur + ietekme]</w:t>
            </w:r>
          </w:p>
        </w:tc>
      </w:tr>
      <w:tr w:rsidR="00D25560" w14:paraId="67009989" w14:textId="77777777">
        <w:trPr>
          <w:jc w:val="center"/>
        </w:trPr>
        <w:tc>
          <w:tcPr>
            <w:tcW w:w="4819" w:type="dxa"/>
          </w:tcPr>
          <w:p w14:paraId="6B609043" w14:textId="77777777" w:rsidR="00D25560" w:rsidRDefault="00000000">
            <w:r>
              <w:t>Kad pirmo reizi konstatēts</w:t>
            </w:r>
          </w:p>
        </w:tc>
        <w:tc>
          <w:tcPr>
            <w:tcW w:w="4819" w:type="dxa"/>
          </w:tcPr>
          <w:p w14:paraId="728B59CA" w14:textId="77777777" w:rsidR="00D25560" w:rsidRDefault="00000000">
            <w:r>
              <w:rPr>
                <w:i/>
                <w:color w:val="787878"/>
              </w:rPr>
              <w:t>[YYYY-MM-DD HH:MM]  (lokālais laiks + TZ)</w:t>
            </w:r>
          </w:p>
        </w:tc>
      </w:tr>
      <w:tr w:rsidR="00D25560" w14:paraId="03B17796" w14:textId="77777777">
        <w:trPr>
          <w:jc w:val="center"/>
        </w:trPr>
        <w:tc>
          <w:tcPr>
            <w:tcW w:w="4819" w:type="dxa"/>
          </w:tcPr>
          <w:p w14:paraId="1D0F000D" w14:textId="77777777" w:rsidR="00D25560" w:rsidRDefault="00000000">
            <w:r>
              <w:t>Vai agrāk strādāja?</w:t>
            </w:r>
          </w:p>
        </w:tc>
        <w:tc>
          <w:tcPr>
            <w:tcW w:w="4819" w:type="dxa"/>
          </w:tcPr>
          <w:p w14:paraId="6381C00C" w14:textId="77777777" w:rsidR="00D25560" w:rsidRDefault="00000000">
            <w:r>
              <w:rPr>
                <w:i/>
                <w:color w:val="787878"/>
              </w:rPr>
              <w:t>[Jā/Nē/Nezinu]</w:t>
            </w:r>
          </w:p>
        </w:tc>
      </w:tr>
      <w:tr w:rsidR="00D25560" w14:paraId="1DADC1A4" w14:textId="77777777">
        <w:trPr>
          <w:jc w:val="center"/>
        </w:trPr>
        <w:tc>
          <w:tcPr>
            <w:tcW w:w="4819" w:type="dxa"/>
          </w:tcPr>
          <w:p w14:paraId="4A456632" w14:textId="77777777" w:rsidR="00D25560" w:rsidRDefault="00000000">
            <w:r>
              <w:t>Kas mainījās pirms problēmas</w:t>
            </w:r>
          </w:p>
        </w:tc>
        <w:tc>
          <w:tcPr>
            <w:tcW w:w="4819" w:type="dxa"/>
          </w:tcPr>
          <w:p w14:paraId="636E688C" w14:textId="77777777" w:rsidR="00D25560" w:rsidRDefault="00000000">
            <w:r>
              <w:rPr>
                <w:i/>
                <w:color w:val="787878"/>
              </w:rPr>
              <w:t>[FW/SW update, konfigurācija, tīkls, elektrība, jaunas ierīces u.c.]</w:t>
            </w:r>
          </w:p>
        </w:tc>
      </w:tr>
      <w:tr w:rsidR="00D25560" w14:paraId="727C970F" w14:textId="77777777">
        <w:trPr>
          <w:jc w:val="center"/>
        </w:trPr>
        <w:tc>
          <w:tcPr>
            <w:tcW w:w="4819" w:type="dxa"/>
          </w:tcPr>
          <w:p w14:paraId="2DEA70F1" w14:textId="77777777" w:rsidR="00D25560" w:rsidRDefault="00000000">
            <w:r>
              <w:t>Frekvence</w:t>
            </w:r>
          </w:p>
        </w:tc>
        <w:tc>
          <w:tcPr>
            <w:tcW w:w="4819" w:type="dxa"/>
          </w:tcPr>
          <w:p w14:paraId="15FBA884" w14:textId="77777777" w:rsidR="00D25560" w:rsidRDefault="00000000">
            <w:r>
              <w:rPr>
                <w:i/>
                <w:color w:val="787878"/>
              </w:rPr>
              <w:t>[Vienmēr / reizēm (cik bieži) / pēc noteikta scenārija]</w:t>
            </w:r>
          </w:p>
        </w:tc>
      </w:tr>
      <w:tr w:rsidR="00D25560" w14:paraId="350DD1E0" w14:textId="77777777">
        <w:trPr>
          <w:jc w:val="center"/>
        </w:trPr>
        <w:tc>
          <w:tcPr>
            <w:tcW w:w="4819" w:type="dxa"/>
          </w:tcPr>
          <w:p w14:paraId="30BC02C0" w14:textId="77777777" w:rsidR="00D25560" w:rsidRDefault="00000000">
            <w:r>
              <w:t>Error kods/teksts (copy-paste)</w:t>
            </w:r>
          </w:p>
        </w:tc>
        <w:tc>
          <w:tcPr>
            <w:tcW w:w="4819" w:type="dxa"/>
          </w:tcPr>
          <w:p w14:paraId="37C25398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</w:tbl>
    <w:p w14:paraId="6E39482D" w14:textId="77777777" w:rsidR="00D25560" w:rsidRDefault="00D25560"/>
    <w:p w14:paraId="2692E354" w14:textId="1D889F6F" w:rsidR="00D25560" w:rsidRDefault="001931D2">
      <w:pPr>
        <w:pStyle w:val="Heading2"/>
      </w:pPr>
      <w:proofErr w:type="spellStart"/>
      <w:r>
        <w:t>Problēmas</w:t>
      </w:r>
      <w:proofErr w:type="spellEnd"/>
      <w:r>
        <w:t xml:space="preserve"> </w:t>
      </w:r>
      <w:proofErr w:type="spellStart"/>
      <w:r>
        <w:t>reprodukcijas</w:t>
      </w:r>
      <w:proofErr w:type="spellEnd"/>
      <w:r>
        <w:t xml:space="preserve"> </w:t>
      </w:r>
      <w:proofErr w:type="spellStart"/>
      <w:r>
        <w:t>soļi</w:t>
      </w:r>
      <w:proofErr w:type="spellEnd"/>
      <w:r>
        <w:t xml:space="preserve"> (3–7 </w:t>
      </w:r>
      <w:proofErr w:type="spellStart"/>
      <w:r>
        <w:t>soļi</w:t>
      </w:r>
      <w:proofErr w:type="spellEnd"/>
      <w:r>
        <w:t>):</w:t>
      </w:r>
    </w:p>
    <w:p w14:paraId="6C27E674" w14:textId="77777777" w:rsidR="00D25560" w:rsidRDefault="00000000">
      <w:r>
        <w:t>1. [ ]</w:t>
      </w:r>
    </w:p>
    <w:p w14:paraId="51C0E148" w14:textId="77777777" w:rsidR="00D25560" w:rsidRDefault="00000000">
      <w:r>
        <w:t>2. [ ]</w:t>
      </w:r>
    </w:p>
    <w:p w14:paraId="6F8F6BC8" w14:textId="77777777" w:rsidR="00D25560" w:rsidRDefault="00000000">
      <w:r>
        <w:t>3. [ ]</w:t>
      </w:r>
    </w:p>
    <w:p w14:paraId="6C26D5AF" w14:textId="77777777" w:rsidR="00D25560" w:rsidRDefault="00000000">
      <w:r>
        <w:t>4. [ ]</w:t>
      </w:r>
    </w:p>
    <w:p w14:paraId="20F86B59" w14:textId="1D5928C3" w:rsidR="00D25560" w:rsidRDefault="00000000">
      <w:r>
        <w:t>5. [ ]</w:t>
      </w:r>
    </w:p>
    <w:p w14:paraId="753AF3D2" w14:textId="77777777" w:rsidR="00D25560" w:rsidRDefault="00000000">
      <w:pPr>
        <w:pStyle w:val="Heading1"/>
      </w:pPr>
      <w:r>
        <w:t>6. Kas jau izmēģināts (troubleshooting)</w:t>
      </w:r>
    </w:p>
    <w:p w14:paraId="71A8ABDC" w14:textId="77777777" w:rsidR="00D25560" w:rsidRDefault="00000000">
      <w:pPr>
        <w:pStyle w:val="ListBullet"/>
      </w:pPr>
      <w:r>
        <w:t>☐ Restartēts serviss / aplikācija</w:t>
      </w:r>
    </w:p>
    <w:p w14:paraId="6ED5F867" w14:textId="77777777" w:rsidR="00D25560" w:rsidRDefault="00000000">
      <w:pPr>
        <w:pStyle w:val="ListBullet"/>
      </w:pPr>
      <w:r>
        <w:t>☐ Restartēta ierīce / serveris</w:t>
      </w:r>
    </w:p>
    <w:p w14:paraId="21A76D66" w14:textId="6D5862E8" w:rsidR="00D25560" w:rsidRDefault="00000000">
      <w:pPr>
        <w:pStyle w:val="ListBullet"/>
      </w:pPr>
      <w:r>
        <w:t>☐ Mainīts kabelis / ports / PoE</w:t>
      </w:r>
      <w:r w:rsidR="001931D2">
        <w:t xml:space="preserve"> / Switch logs par </w:t>
      </w:r>
      <w:proofErr w:type="spellStart"/>
      <w:r w:rsidR="001931D2">
        <w:t>ierīces</w:t>
      </w:r>
      <w:proofErr w:type="spellEnd"/>
      <w:r w:rsidR="001931D2">
        <w:t xml:space="preserve"> </w:t>
      </w:r>
      <w:proofErr w:type="spellStart"/>
      <w:r w:rsidR="001931D2">
        <w:t>portu</w:t>
      </w:r>
      <w:proofErr w:type="spellEnd"/>
    </w:p>
    <w:p w14:paraId="2F1C9DC6" w14:textId="77777777" w:rsidR="00D25560" w:rsidRDefault="00000000">
      <w:pPr>
        <w:pStyle w:val="ListBullet"/>
      </w:pPr>
      <w:r>
        <w:t>☐ Pārbaudīts citā tīklā vai bench testā</w:t>
      </w:r>
    </w:p>
    <w:p w14:paraId="77DD85D9" w14:textId="77777777" w:rsidR="00D25560" w:rsidRDefault="00000000">
      <w:pPr>
        <w:pStyle w:val="ListBullet"/>
      </w:pPr>
      <w:r>
        <w:t>☐ Atjaunota konfigurācija no backup</w:t>
      </w:r>
    </w:p>
    <w:p w14:paraId="0864DCA2" w14:textId="77777777" w:rsidR="00D25560" w:rsidRDefault="00000000">
      <w:pPr>
        <w:pStyle w:val="ListBullet"/>
      </w:pPr>
      <w:r>
        <w:t>☐ FW/SW upgrade/downgrade (norādi uz kādu versiju)</w:t>
      </w:r>
    </w:p>
    <w:p w14:paraId="2070DDA3" w14:textId="77777777" w:rsidR="00D25560" w:rsidRDefault="00000000">
      <w:pPr>
        <w:pStyle w:val="ListBullet"/>
      </w:pPr>
      <w:r>
        <w:t>☐ Pārbaudīti resursi (CPU/RAM/Storage/licences)</w:t>
      </w:r>
    </w:p>
    <w:p w14:paraId="24F38531" w14:textId="51D21F73" w:rsidR="00D25560" w:rsidRDefault="00000000">
      <w:pPr>
        <w:pStyle w:val="ListBullet"/>
      </w:pPr>
      <w:r>
        <w:t xml:space="preserve">☐ </w:t>
      </w:r>
      <w:proofErr w:type="spellStart"/>
      <w:r>
        <w:t>Pārbaudīti</w:t>
      </w:r>
      <w:proofErr w:type="spellEnd"/>
      <w:r>
        <w:t xml:space="preserve"> </w:t>
      </w:r>
      <w:proofErr w:type="spellStart"/>
      <w:r>
        <w:t>logi</w:t>
      </w:r>
      <w:proofErr w:type="spellEnd"/>
      <w:r>
        <w:t xml:space="preserve"> un </w:t>
      </w:r>
      <w:r w:rsidR="001931D2">
        <w:t>Windows event</w:t>
      </w:r>
      <w:r>
        <w:t xml:space="preserve"> viewer</w:t>
      </w:r>
    </w:p>
    <w:p w14:paraId="2D496D83" w14:textId="77777777" w:rsidR="00D25560" w:rsidRDefault="00000000">
      <w:r>
        <w:rPr>
          <w:color w:val="5A5A5A"/>
          <w:sz w:val="18"/>
        </w:rPr>
        <w:t>Pie katra punkta īsi pieraksti rezultātu (1 teikums).</w:t>
      </w:r>
    </w:p>
    <w:p w14:paraId="74FB03B8" w14:textId="77777777" w:rsidR="00D25560" w:rsidRDefault="00D2556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D25560" w14:paraId="663D9466" w14:textId="77777777">
        <w:trPr>
          <w:jc w:val="center"/>
        </w:trPr>
        <w:tc>
          <w:tcPr>
            <w:tcW w:w="4819" w:type="dxa"/>
            <w:vAlign w:val="center"/>
          </w:tcPr>
          <w:p w14:paraId="5CCA8E79" w14:textId="77777777" w:rsidR="00D25560" w:rsidRDefault="00000000">
            <w:r>
              <w:rPr>
                <w:b/>
              </w:rPr>
              <w:t>Lauks</w:t>
            </w:r>
          </w:p>
        </w:tc>
        <w:tc>
          <w:tcPr>
            <w:tcW w:w="4819" w:type="dxa"/>
            <w:vAlign w:val="center"/>
          </w:tcPr>
          <w:p w14:paraId="61C88FB2" w14:textId="77777777" w:rsidR="00D25560" w:rsidRDefault="00000000">
            <w:r>
              <w:rPr>
                <w:b/>
              </w:rPr>
              <w:t>Vērtība</w:t>
            </w:r>
          </w:p>
        </w:tc>
      </w:tr>
      <w:tr w:rsidR="00D25560" w14:paraId="2DA4DBEA" w14:textId="77777777">
        <w:trPr>
          <w:jc w:val="center"/>
        </w:trPr>
        <w:tc>
          <w:tcPr>
            <w:tcW w:w="4819" w:type="dxa"/>
          </w:tcPr>
          <w:p w14:paraId="63730D1B" w14:textId="77777777" w:rsidR="00D25560" w:rsidRDefault="00000000">
            <w:r>
              <w:t>Troubleshooting kopsavilkums (rezultāts)</w:t>
            </w:r>
          </w:p>
        </w:tc>
        <w:tc>
          <w:tcPr>
            <w:tcW w:w="4819" w:type="dxa"/>
          </w:tcPr>
          <w:p w14:paraId="4FCAAEE8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</w:tbl>
    <w:p w14:paraId="28956D7C" w14:textId="77777777" w:rsidR="00D25560" w:rsidRDefault="00D25560"/>
    <w:p w14:paraId="079600D9" w14:textId="77777777" w:rsidR="00D25560" w:rsidRDefault="00000000">
      <w:pPr>
        <w:pStyle w:val="Heading1"/>
      </w:pPr>
      <w:r>
        <w:t>7. Pierādījumi un pielikumi (ļoti vēlams)</w:t>
      </w:r>
    </w:p>
    <w:p w14:paraId="20AB2D4C" w14:textId="77777777" w:rsidR="00D25560" w:rsidRDefault="00000000">
      <w:pPr>
        <w:pStyle w:val="ListBullet"/>
      </w:pPr>
      <w:r>
        <w:t>☐ Screenshot(-i) ar kļūdu/iestatījumiem</w:t>
      </w:r>
    </w:p>
    <w:p w14:paraId="61F57361" w14:textId="77777777" w:rsidR="00D25560" w:rsidRDefault="00000000">
      <w:pPr>
        <w:pStyle w:val="ListBullet"/>
      </w:pPr>
      <w:r>
        <w:t>☐ Logs / diagnostikas pakotne (zip)</w:t>
      </w:r>
    </w:p>
    <w:p w14:paraId="205847FA" w14:textId="77777777" w:rsidR="00D25560" w:rsidRDefault="00000000">
      <w:pPr>
        <w:pStyle w:val="ListBullet"/>
      </w:pPr>
      <w:r>
        <w:t>☐ Konfigurācijas eksports (ja droši)</w:t>
      </w:r>
    </w:p>
    <w:p w14:paraId="75CDFF55" w14:textId="77777777" w:rsidR="00D25560" w:rsidRDefault="00000000">
      <w:pPr>
        <w:pStyle w:val="ListBullet"/>
      </w:pPr>
      <w:r>
        <w:t>☐ Īss video (ja UI problēma)</w:t>
      </w:r>
    </w:p>
    <w:p w14:paraId="7AC964F3" w14:textId="77777777" w:rsidR="00D25560" w:rsidRDefault="00000000">
      <w:pPr>
        <w:pStyle w:val="ListBullet"/>
      </w:pPr>
      <w:r>
        <w:t>☐ Tīkla capture (pcap) pēc vajadzības (tikai pēc servisa norādes)</w:t>
      </w:r>
    </w:p>
    <w:p w14:paraId="1B32AEE6" w14:textId="77777777" w:rsidR="00D25560" w:rsidRDefault="00000000">
      <w:r>
        <w:rPr>
          <w:color w:val="5A5A5A"/>
          <w:sz w:val="18"/>
        </w:rPr>
        <w:t>Nesūti paroles vai sensitīvus datus. Ja vajag, maskē IP/lietotājus un norādi, ko maskēji.</w:t>
      </w:r>
    </w:p>
    <w:p w14:paraId="026C6156" w14:textId="77777777" w:rsidR="00D25560" w:rsidRDefault="00D2556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D25560" w14:paraId="74E2B891" w14:textId="77777777">
        <w:trPr>
          <w:jc w:val="center"/>
        </w:trPr>
        <w:tc>
          <w:tcPr>
            <w:tcW w:w="4819" w:type="dxa"/>
            <w:vAlign w:val="center"/>
          </w:tcPr>
          <w:p w14:paraId="12DEC110" w14:textId="77777777" w:rsidR="00D25560" w:rsidRDefault="00000000">
            <w:r>
              <w:rPr>
                <w:b/>
              </w:rPr>
              <w:t>Lauks</w:t>
            </w:r>
          </w:p>
        </w:tc>
        <w:tc>
          <w:tcPr>
            <w:tcW w:w="4819" w:type="dxa"/>
            <w:vAlign w:val="center"/>
          </w:tcPr>
          <w:p w14:paraId="06A14BB9" w14:textId="77777777" w:rsidR="00D25560" w:rsidRDefault="00000000">
            <w:r>
              <w:rPr>
                <w:b/>
              </w:rPr>
              <w:t>Vērtība</w:t>
            </w:r>
          </w:p>
        </w:tc>
      </w:tr>
      <w:tr w:rsidR="00D25560" w14:paraId="2143F0A3" w14:textId="77777777">
        <w:trPr>
          <w:jc w:val="center"/>
        </w:trPr>
        <w:tc>
          <w:tcPr>
            <w:tcW w:w="4819" w:type="dxa"/>
          </w:tcPr>
          <w:p w14:paraId="38CF9401" w14:textId="77777777" w:rsidR="00D25560" w:rsidRDefault="00000000">
            <w:r>
              <w:t>Pielikumu saraksts (failu nosaukumi)</w:t>
            </w:r>
          </w:p>
        </w:tc>
        <w:tc>
          <w:tcPr>
            <w:tcW w:w="4819" w:type="dxa"/>
          </w:tcPr>
          <w:p w14:paraId="0E6DB1A0" w14:textId="77777777" w:rsidR="00D25560" w:rsidRDefault="00000000">
            <w:r>
              <w:rPr>
                <w:i/>
                <w:color w:val="787878"/>
              </w:rPr>
              <w:t>[ ]</w:t>
            </w:r>
          </w:p>
        </w:tc>
      </w:tr>
      <w:tr w:rsidR="00D25560" w14:paraId="2691C5A4" w14:textId="77777777">
        <w:trPr>
          <w:jc w:val="center"/>
        </w:trPr>
        <w:tc>
          <w:tcPr>
            <w:tcW w:w="4819" w:type="dxa"/>
          </w:tcPr>
          <w:p w14:paraId="467368D1" w14:textId="77777777" w:rsidR="00D25560" w:rsidRDefault="00000000">
            <w:r>
              <w:t>Logu intervāls (no–līdz)</w:t>
            </w:r>
          </w:p>
        </w:tc>
        <w:tc>
          <w:tcPr>
            <w:tcW w:w="4819" w:type="dxa"/>
          </w:tcPr>
          <w:p w14:paraId="5488FE54" w14:textId="77777777" w:rsidR="00D25560" w:rsidRDefault="00000000">
            <w:r>
              <w:rPr>
                <w:i/>
                <w:color w:val="787878"/>
              </w:rPr>
              <w:t>[YYYY-MM-DD HH:MM] – [YYYY-MM-DD HH:MM]</w:t>
            </w:r>
          </w:p>
        </w:tc>
      </w:tr>
    </w:tbl>
    <w:p w14:paraId="4157F859" w14:textId="77777777" w:rsidR="00D25560" w:rsidRDefault="00D25560"/>
    <w:p w14:paraId="0CD8D2B3" w14:textId="65456982" w:rsidR="00D25560" w:rsidRDefault="00D25560"/>
    <w:sectPr w:rsidR="00D25560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3B2E0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8635853">
    <w:abstractNumId w:val="8"/>
  </w:num>
  <w:num w:numId="2" w16cid:durableId="323819029">
    <w:abstractNumId w:val="6"/>
  </w:num>
  <w:num w:numId="3" w16cid:durableId="2090996753">
    <w:abstractNumId w:val="5"/>
  </w:num>
  <w:num w:numId="4" w16cid:durableId="766076954">
    <w:abstractNumId w:val="4"/>
  </w:num>
  <w:num w:numId="5" w16cid:durableId="1563715636">
    <w:abstractNumId w:val="7"/>
  </w:num>
  <w:num w:numId="6" w16cid:durableId="2058775909">
    <w:abstractNumId w:val="3"/>
  </w:num>
  <w:num w:numId="7" w16cid:durableId="541675013">
    <w:abstractNumId w:val="2"/>
  </w:num>
  <w:num w:numId="8" w16cid:durableId="678388709">
    <w:abstractNumId w:val="1"/>
  </w:num>
  <w:num w:numId="9" w16cid:durableId="44585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0A79"/>
    <w:rsid w:val="0015074B"/>
    <w:rsid w:val="001931D2"/>
    <w:rsid w:val="0029639D"/>
    <w:rsid w:val="00326F90"/>
    <w:rsid w:val="004D3E62"/>
    <w:rsid w:val="00AA1D8D"/>
    <w:rsid w:val="00B47730"/>
    <w:rsid w:val="00CB0664"/>
    <w:rsid w:val="00D25560"/>
    <w:rsid w:val="00D901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EA661"/>
  <w14:defaultImageDpi w14:val="300"/>
  <w15:docId w15:val="{C57B1162-F267-4601-9982-A8DC88F0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2228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Sanita Meijere</cp:lastModifiedBy>
  <cp:revision>3</cp:revision>
  <dcterms:created xsi:type="dcterms:W3CDTF">2026-02-19T09:56:00Z</dcterms:created>
  <dcterms:modified xsi:type="dcterms:W3CDTF">2026-07-21T08:56:00Z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6ab92cdf-fabb-46a4-a93c-5996f1b963c2</vt:lpwstr>
  </property>
</Properties>
</file>